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🚩 Commonly Misunderstood Behaviors in Kids</w:t>
      </w:r>
    </w:p>
    <w:p>
      <w:pPr>
        <w:jc w:val="center"/>
      </w:pPr>
      <w:r>
        <w:rPr>
          <w:i/>
        </w:rPr>
        <w:t>by The Juggling Mommy</w:t>
      </w:r>
    </w:p>
    <w:p>
      <w:pPr>
        <w:pStyle w:val="Heading2"/>
      </w:pPr>
      <w:r>
        <w:t>1. Not listening / Ignoring you</w:t>
      </w:r>
    </w:p>
    <w:p>
      <w:r>
        <w:t>🙅🏽‍♀️ What adults say: “You’re being disrespectful.”</w:t>
      </w:r>
    </w:p>
    <w:p>
      <w:r>
        <w:t>🧠 What’s really going on:</w:t>
      </w:r>
    </w:p>
    <w:p>
      <w:pPr>
        <w:pStyle w:val="ListBullet"/>
      </w:pPr>
      <w:r>
        <w:t>• Auditory processing delay</w:t>
      </w:r>
    </w:p>
    <w:p>
      <w:pPr>
        <w:pStyle w:val="ListBullet"/>
      </w:pPr>
      <w:r>
        <w:t>• Overwhelmed and shutting down</w:t>
      </w:r>
    </w:p>
    <w:p>
      <w:pPr>
        <w:pStyle w:val="ListBullet"/>
      </w:pPr>
      <w:r>
        <w:t>• Hyperfocused on something else (common in ADHD/autism)</w:t>
      </w:r>
    </w:p>
    <w:p>
      <w:r>
        <w:t>⸻</w:t>
      </w:r>
    </w:p>
    <w:p>
      <w:pPr>
        <w:pStyle w:val="Heading2"/>
      </w:pPr>
      <w:r>
        <w:t>2. Talking back / Arguing</w:t>
      </w:r>
    </w:p>
    <w:p>
      <w:r>
        <w:t>🙋🏽‍♂️ What adults say: “You always have an answer for everything.”</w:t>
      </w:r>
    </w:p>
    <w:p>
      <w:r>
        <w:t>🧠 What’s really going on:</w:t>
      </w:r>
    </w:p>
    <w:p>
      <w:pPr>
        <w:pStyle w:val="ListBullet"/>
      </w:pPr>
      <w:r>
        <w:t>• Struggling with feeling misunderstood</w:t>
      </w:r>
    </w:p>
    <w:p>
      <w:pPr>
        <w:pStyle w:val="ListBullet"/>
      </w:pPr>
      <w:r>
        <w:t>• Trying to regulate emotions through words</w:t>
      </w:r>
    </w:p>
    <w:p>
      <w:pPr>
        <w:pStyle w:val="ListBullet"/>
      </w:pPr>
      <w:r>
        <w:t>• High anxiety or fear of being wrong</w:t>
      </w:r>
    </w:p>
    <w:p>
      <w:r>
        <w:t>⸻</w:t>
      </w:r>
    </w:p>
    <w:p>
      <w:pPr>
        <w:pStyle w:val="Heading2"/>
      </w:pPr>
      <w:r>
        <w:t>3. Crying too much or melting down</w:t>
      </w:r>
    </w:p>
    <w:p>
      <w:r>
        <w:t>😢 What adults say: “You’re too sensitive / You need to toughen up.”</w:t>
      </w:r>
    </w:p>
    <w:p>
      <w:r>
        <w:t>🧠 What’s really going on:</w:t>
      </w:r>
    </w:p>
    <w:p>
      <w:pPr>
        <w:pStyle w:val="ListBullet"/>
      </w:pPr>
      <w:r>
        <w:t>• Sensory overload</w:t>
      </w:r>
    </w:p>
    <w:p>
      <w:pPr>
        <w:pStyle w:val="ListBullet"/>
      </w:pPr>
      <w:r>
        <w:t>• Anxiety</w:t>
      </w:r>
    </w:p>
    <w:p>
      <w:pPr>
        <w:pStyle w:val="ListBullet"/>
      </w:pPr>
      <w:r>
        <w:t>• Not enough emotional vocabulary to explain the feeling</w:t>
      </w:r>
    </w:p>
    <w:p>
      <w:r>
        <w:t>⸻</w:t>
      </w:r>
    </w:p>
    <w:p>
      <w:pPr>
        <w:pStyle w:val="Heading2"/>
      </w:pPr>
      <w:r>
        <w:t>4. Can’t sit still / Always fidgeting</w:t>
      </w:r>
    </w:p>
    <w:p>
      <w:r>
        <w:t>🌀 What adults say: “You’re being disruptive / You can’t focus.”</w:t>
      </w:r>
    </w:p>
    <w:p>
      <w:r>
        <w:t>🧠 What’s really going on:</w:t>
      </w:r>
    </w:p>
    <w:p>
      <w:pPr>
        <w:pStyle w:val="ListBullet"/>
      </w:pPr>
      <w:r>
        <w:t>• ADHD or sensory-seeking behavior</w:t>
      </w:r>
    </w:p>
    <w:p>
      <w:pPr>
        <w:pStyle w:val="ListBullet"/>
      </w:pPr>
      <w:r>
        <w:t>• Trying to self-soothe or regulate</w:t>
      </w:r>
    </w:p>
    <w:p>
      <w:pPr>
        <w:pStyle w:val="ListBullet"/>
      </w:pPr>
      <w:r>
        <w:t>• Bored or under-stimulated</w:t>
      </w:r>
    </w:p>
    <w:p>
      <w:r>
        <w:t>⸻</w:t>
      </w:r>
    </w:p>
    <w:p>
      <w:pPr>
        <w:pStyle w:val="Heading2"/>
      </w:pPr>
      <w:r>
        <w:t>5. Avoiding eye contact</w:t>
      </w:r>
    </w:p>
    <w:p>
      <w:r>
        <w:t>👀 What adults say: “You’re being rude / sneaky.”</w:t>
      </w:r>
    </w:p>
    <w:p>
      <w:r>
        <w:t>🧠 What’s really going on:</w:t>
      </w:r>
    </w:p>
    <w:p>
      <w:pPr>
        <w:pStyle w:val="ListBullet"/>
      </w:pPr>
      <w:r>
        <w:t>• Social anxiety or autism</w:t>
      </w:r>
    </w:p>
    <w:p>
      <w:pPr>
        <w:pStyle w:val="ListBullet"/>
      </w:pPr>
      <w:r>
        <w:t>• Cultural norms (not all cultures value eye contact)</w:t>
      </w:r>
    </w:p>
    <w:p>
      <w:pPr>
        <w:pStyle w:val="ListBullet"/>
      </w:pPr>
      <w:r>
        <w:t>• Trauma responses</w:t>
      </w:r>
    </w:p>
    <w:p>
      <w:r>
        <w:t>⸻</w:t>
      </w:r>
    </w:p>
    <w:p>
      <w:pPr>
        <w:pStyle w:val="Heading2"/>
      </w:pPr>
      <w:r>
        <w:t>6. Withdrawing / Isolating</w:t>
      </w:r>
    </w:p>
    <w:p>
      <w:r>
        <w:t>🕳 What adults say: “You’re antisocial / lazy / ignoring everyone.”</w:t>
      </w:r>
    </w:p>
    <w:p>
      <w:r>
        <w:t>🧠 What’s really going on:</w:t>
      </w:r>
    </w:p>
    <w:p>
      <w:pPr>
        <w:pStyle w:val="ListBullet"/>
      </w:pPr>
      <w:r>
        <w:t>• Depression</w:t>
      </w:r>
    </w:p>
    <w:p>
      <w:pPr>
        <w:pStyle w:val="ListBullet"/>
      </w:pPr>
      <w:r>
        <w:t>• Fear of rejection</w:t>
      </w:r>
    </w:p>
    <w:p>
      <w:pPr>
        <w:pStyle w:val="ListBullet"/>
      </w:pPr>
      <w:r>
        <w:t>• Emotional overwhelm or sensory sensitivity</w:t>
      </w:r>
    </w:p>
    <w:p>
      <w:r>
        <w:t>⸻</w:t>
      </w:r>
    </w:p>
    <w:p>
      <w:pPr>
        <w:pStyle w:val="Heading2"/>
      </w:pPr>
      <w:r>
        <w:t>7. Being “too grown” or always needing to be in control</w:t>
      </w:r>
    </w:p>
    <w:p>
      <w:r>
        <w:t>🧓🏽 What adults say: “You don’t know how to stay in a child’s place.”</w:t>
      </w:r>
    </w:p>
    <w:p>
      <w:r>
        <w:t>🧠 What’s really going on:</w:t>
      </w:r>
    </w:p>
    <w:p>
      <w:pPr>
        <w:pStyle w:val="ListBullet"/>
      </w:pPr>
      <w:r>
        <w:t>• Parentified child (had to grow up too fast)</w:t>
      </w:r>
    </w:p>
    <w:p>
      <w:pPr>
        <w:pStyle w:val="ListBullet"/>
      </w:pPr>
      <w:r>
        <w:t>• Trauma survivor</w:t>
      </w:r>
    </w:p>
    <w:p>
      <w:pPr>
        <w:pStyle w:val="ListBullet"/>
      </w:pPr>
      <w:r>
        <w:t>• Anxiety presenting as bossiness</w:t>
      </w:r>
    </w:p>
    <w:p>
      <w:r>
        <w:t>⸻</w:t>
      </w:r>
    </w:p>
    <w:p>
      <w:pPr>
        <w:pStyle w:val="Heading2"/>
      </w:pPr>
      <w:r>
        <w:t>8. Explosive anger or aggression</w:t>
      </w:r>
    </w:p>
    <w:p>
      <w:r>
        <w:t>💥 What adults say: “You’re violent / mean / bad.”</w:t>
      </w:r>
    </w:p>
    <w:p>
      <w:r>
        <w:t>🧠 What’s really going on:</w:t>
      </w:r>
    </w:p>
    <w:p>
      <w:pPr>
        <w:pStyle w:val="ListBullet"/>
      </w:pPr>
      <w:r>
        <w:t>• Poor emotional regulation</w:t>
      </w:r>
    </w:p>
    <w:p>
      <w:pPr>
        <w:pStyle w:val="ListBullet"/>
      </w:pPr>
      <w:r>
        <w:t>• History of not being heard or validated</w:t>
      </w:r>
    </w:p>
    <w:p>
      <w:pPr>
        <w:pStyle w:val="ListBullet"/>
      </w:pPr>
      <w:r>
        <w:t>• Trauma or sensory defensiveness</w:t>
      </w:r>
    </w:p>
    <w:p>
      <w:r>
        <w:t>⸻</w:t>
      </w:r>
    </w:p>
    <w:p>
      <w:pPr>
        <w:pStyle w:val="Heading2"/>
      </w:pPr>
      <w:r>
        <w:t>9. Constantly interrupting or blurting things out</w:t>
      </w:r>
    </w:p>
    <w:p>
      <w:r>
        <w:t>🗣 What adults say: “You’re rude / attention-seeking.”</w:t>
      </w:r>
    </w:p>
    <w:p>
      <w:r>
        <w:t>🧠 What’s really going on:</w:t>
      </w:r>
    </w:p>
    <w:p>
      <w:pPr>
        <w:pStyle w:val="ListBullet"/>
      </w:pPr>
      <w:r>
        <w:t>• Impulsivity from ADHD</w:t>
      </w:r>
    </w:p>
    <w:p>
      <w:pPr>
        <w:pStyle w:val="ListBullet"/>
      </w:pPr>
      <w:r>
        <w:t>• Trouble holding on to thoughts without forgetting</w:t>
      </w:r>
    </w:p>
    <w:p>
      <w:pPr>
        <w:pStyle w:val="ListBullet"/>
      </w:pPr>
      <w:r>
        <w:t>• Eagerness to connect</w:t>
      </w:r>
    </w:p>
    <w:p>
      <w:r>
        <w:t>⸻</w:t>
      </w:r>
    </w:p>
    <w:p>
      <w:pPr>
        <w:pStyle w:val="Heading2"/>
      </w:pPr>
      <w:r>
        <w:t>10. Refusing to eat certain foods</w:t>
      </w:r>
    </w:p>
    <w:p>
      <w:r>
        <w:t>🥦 What adults say: “You’re picky / spoiled.”</w:t>
      </w:r>
    </w:p>
    <w:p>
      <w:r>
        <w:t>🧠 What’s really going on:</w:t>
      </w:r>
    </w:p>
    <w:p>
      <w:pPr>
        <w:pStyle w:val="ListBullet"/>
      </w:pPr>
      <w:r>
        <w:t>• Sensory aversion</w:t>
      </w:r>
    </w:p>
    <w:p>
      <w:pPr>
        <w:pStyle w:val="ListBullet"/>
      </w:pPr>
      <w:r>
        <w:t>• Anxiety around new experiences</w:t>
      </w:r>
    </w:p>
    <w:p>
      <w:pPr>
        <w:pStyle w:val="ListBullet"/>
      </w:pPr>
      <w:r>
        <w:t>• Possible undiagnosed feeding disorder</w:t>
      </w:r>
    </w:p>
    <w:p>
      <w:r>
        <w:t>⸻</w:t>
      </w:r>
    </w:p>
    <w:p>
      <w:r>
        <w:t>🧡 Final Reminder:</w:t>
        <w:br/>
        <w:br/>
        <w:t>Behavior is the voice of a child who doesn’t yet have the words.</w:t>
        <w:br/>
        <w:br/>
        <w:t>The goal isn’t to excuse — it’s to understand. Because when we understand, we can actually help.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